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אומדן בחשבון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עיגול מספרים לצורך אומדן מהיר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לבחור את האומדן הקרוב ביותר לתוצאה של תרגיל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הבנה מתי אומדן מספיק ומתי צריך חישוב 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80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200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300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400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100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אומדן הוא הערכה בקירוב, לא תשובה מדויקת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עיגול לעשרות מקל על חישוב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כלל העיגול המקובל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אומדן דווקא עוזר לבדוק סבירות של 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מעגלים את שני המספרים כדי לקבל אומדן טוב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קירוב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5. 80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תרגיל לאומדן הקרוב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(70)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(500)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(30)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(88)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(100)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האומדן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התרגיל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מעגלים כל מספר למספר עגול וקרוב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מבצעים את הפעולה עם המספרים המעוגלים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בוחרים את התשובה הקרובה ביותר לתוצאה שהתקבלה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אומדן נותן הערכה מהירה, ואם התשובה המדויקת רחוקה מאוד מהאומדן, כנראה יש 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38+52, אפשר לעגל ל-40+50 ולקבל אומדן של 90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הערכה מהירה בקירוב בלי חישוב 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תרגיל עם שני מספרים מעוגלים וסכום משוער סביר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עיגול מקל על חישוב מהיר ובדיקת סבירות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בעל פה לפני הכתיבה, כדי לחזק מהירות אומדן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שאין תשובה אחת מדויקת באומדן, אלא טווח סביר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לקשר בין התרגול לבין שימוש באומדן לבדיקת תשובות במבחן אמיתי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אומדן בחשבון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אומדן זה לנחש תוצאה בקירוב, בלי לחשב בדיוק. מעגלים מספרים כדי שיהיה קל לחשב מהר.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אומדן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הערכה מהירה של תוצאה בלי לחשב בדיוק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עיגול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מספר למספר עגול וקרוב, למשל 47 הופך ל-50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קירוב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תוצאה שקרובה לתשובה האמיתית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מעגלים כלפי מעלה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מעגלים למספר גדול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מעגלים כלפי מטה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מעגלים למספר קטן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הגיוני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תשובה שנראית סבירה לפי האומדן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ההבדל בין שני מספרים, תוצאת חיסור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סכום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תוצאת חיבור של מספרים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תוצאה קרובה ל-49 ועוד 31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מספר עגול הכי קרוב ל-198?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עגלו את שני המספרים ואז חסרו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עגלו כל מספר לעשרת הקרובה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עגלו את 42 למספר עגול ואז הכפילו ב-9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עגלו את 512 למספר שקל לחלק ב-5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אומדן הוא תמיד התוצאה המדויקת של התרגיל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לאמוד סכום, אפשר לעגל כל מספר לעשרת הקרובה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המספר האחרון בספרה הוא 5 ומעלה, מעגלים כלפי מעלה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אומדן לא יכול לעזור לבדוק אם תשובה במבחן הגיונית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בתרגיל חיסור, צריך לעגל רק את המספר הגדול ולא את הקטן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לאמוד תוצאה, קודם __________ את המספרים למספרים עגולים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האומדן צריך להיות קרוב ל__________ האמיתית של התרגיל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במקום לחשב בדיוק, באומדן מחשבים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42 מעוגל לעשרת הקרובה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76 מעוגל לעשרת הקרובה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תרגיל לאומדן הקרוב ביותר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29+41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88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199+301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100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52-19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500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8 כפול 11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30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403 חלקי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70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האומדן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מעגלים כל מספר למספר עגול וקרוב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התרגיל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את התשובה הקרובה ביותר לתוצאה שהתקבלה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מבצעים את הפעולה עם המספרים המעוגלים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אומדן יכול לעזור בבדיקת תשובות במבחן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לתרגיל חיבור ולאומדן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אומדן?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תרגיל חיבור ואת האומדן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לדעת לעגל מספרים?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אומדן בחשבון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