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עיגול מספרים לצורך אומדן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האומדן הקרוב ביותר לתוצאה של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הבנה מתי אומדן מספיק ומתי צריך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 בקירוב, לא תשובה 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עיגול לעשרות מקל על חישוב מהיר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תרגיל לאומדן הקרוב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(70)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(88)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האומדן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מעגלים כל מספר למספר עגול וקרוב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את הפעולה עם המספרים המעוגלים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את התשובה הקרובה ביותר לתוצאה שהתקבלה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אומדן נותן הערכה מהירה, ואם התשובה המדויקת רחוקה מאוד מהאומדן, כנראה יש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הערכה מהירה בקירוב בלי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עם שני מספרים מעוגלים וסכום משוער סביר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עיגול מקל על חישוב מהיר ובדיקת סבירות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כדי לחזק מהירות אומדן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מדויקת באומדן, אלא טווח סביר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התרגול לבין שימוש באומדן לבדיקת תשובות במבחן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באומדן אנחנו לא מחשבים בדיוק, אלא מעגלים מספרים כדי להעריך תוצאה בקירוב ובמהירות. מיומנות זו עוזרת לבדוק אם תשובה הגיונית.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תוצאה  ·  קירוב  ·  מעגלים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אומדן טוב לתוצאה של 49+31?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כדי לאמוד את 198 כפול 5, הכי נוח לעגל את 198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אומדן טוב לתוצאה של 603-298?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אומדן הוא תמיד התוצאה המדויקת של התרגיל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לאמוד סכום, אפשר לעגל כל מספר לעשרת הקרובה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לאמוד תוצאה, קודם __________ את המספרים למספרים עגולים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האומדן צריך להיות קרוב ל__________ האמיתית של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במקום לחשב בדיוק, באומדן מחשבים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תרגיל לאומדן הקרוב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29+41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30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199+301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88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52-19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500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8 כפול 11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70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האומדן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מבצעים את הפעולה עם המספרים המעוגלים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התשובה הקרובה ביותר לתוצאה שהתקבלה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התרגיל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מעגלים כל מספר למספר עגול וקרוב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אומדן יכול לעזור בבדיקת תשובות במבחן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אומדן?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תרגיל חיבור ואת האומדן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 בחשבון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